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"ישנה בחיק ילדות" - רבי יהודה הלוי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השיר ואת הסוגה "רשות לנשמת"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אמצעי האמנות המרכזיים בשיר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היחס בין הדובר לנשמה ואת רעיון ההתבגרות הרוחנית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רשות לנשמת - שיר קודש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את השם 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שערות לבנות שמזכירות שהזקנה קרבה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ירמיהו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שיר קודש מסוג רשות לנשמת, הפונה אל הנשמה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המבנה בסיכום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עוברת משכיבה לקימה, התנערות ותעופה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החרוז המבריח הוא הצליל ־רו, כמו ננערו ושחרו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אמצעי אמנותי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(הנשמה מתוארת כתינוקת ישנה בחיק הילדות)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(קישור בין נעורים לנעורת פשתן שמתפזרת ברוח)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(הדהוד של פסוק מקהלת על כך שהילדות הבל)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(השוואת התנערות הנשמה להתנערות ציפור מטל 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(סיום השיר בתמונת נשמות הנוהרות אל טוב האל)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השיר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נזיפה בנשמה ושאלה רטורית על כמה זמן עוד תישאר ישנה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תזכורת לכך שהנעורים חלפו במהירות כמו נעורת פשתן ברוח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ציווי על הנשמה להתנער מן העולם הזה כמו ציפור שמנערת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קריאה לנשמה לעוף כמו ציפור הדרור אל החירות מן החטא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בקשה מהנשמה ללכת אחרי האל בחבורת הנשמות הנוהרות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ההשוואה לילדה מדגישה חוסר מודעות ותמימות, פסיביות ואי-הבנה של חלוף הזמן, ויוצרת ניגוד דרמטי בין מצבה הרדום לקריאה הבוגרת להתעורר ולפעול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שיר קודש קצר הנאמר לפני תפילת נשמת כל חי בשבת ובחג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חירות מן החטא ותעופה אל העולם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השם יהודה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רם ולהצביע יחד על האקרוסטיכון יהודה בראשי הבתים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להשוות בין לשון המקור ללשון ימינו כדי לחדד את ההבנה לפני המעבר לניתוח 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לקבוצות, כל קבוצה מנתחת בית אחד ומציגה את האמצעי האמנותי הבולט 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"ישנה בחיק ילדות" - רבי יהודה הלוי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שיר קצר וקדוש. המשורר מדבר אל הנשמה שלו כאילו היא ילדה שישנה. הוא אומר לה: תתעוררי, תעופי לחופש, ותלכי אחרי האל.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רשות לנשמת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קצר שאומרים לפני תפילת נשמת כל חי בשבת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אקרוסטיכון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ראשונות בבתים שיוצרות מילה או 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צימוד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מילים דומות בצליל כדי לקשר ביניהן במשמעות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באמצעות מילת השוואה כמו "כ"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שיבוץ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ביטוי או רמז מהתנ"ך לתוך השיר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חרוז מבריח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אותו חרוז שחוזר בסוף כל בית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 כמותי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שבנוי לפי אורך ההברות, מקובל בשירת ימי הביניים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שיר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רשות לנשמת - שיר קודש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תהילה לפטרון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יוצרות האותיות הראשונות בכל 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המילה נשמה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בשיר אקרוסטיכון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השם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המילה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הם מלאכי שיבה?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מלאכים שמגיעים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ציפורים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שערות לבנות שמזכירות שהזקנה קרבה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הורים שמחנכים את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אמצעי יש בביטוי דרור-דרור?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אקרוסטיכון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חרוז פנימי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מאיפה בא הביטוי בסוף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ירמיהו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תהילים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בראשית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"ישנה בחיק ילדות" הוא שיר חול שמתאר אהבה בין גבר לאישה.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בנוי מחמישה בתים, כל אחד מחולק לדלת ולסוגר.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הנמענת בשיר מוצגת כדמות פסיבית שאמורה לעבור במהלך השיר לפעולה.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החרוז המבריח בסוף הסוגרים בשיר הוא הצליל "־לם".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אמצעי אמנותי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מטפורה והאנשה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השוואת התנערות הנשמה להתנערות ציפור מטל 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הנשמה מתוארת כתינוקת ישנה בחיק הילדות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שיבוץ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קישור בין נעורים לנעורת פשתן שמתפזרת ברוח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סיום השיר בתמונת נשמות הנוהרות אל טוב האל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תפארת החתימה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הדהוד של פסוק מקהלת על כך שהילדות הבל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השיר "ישנה בחיק ילדות" נכתב בידי המשורר רבי __________ הלוי.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סוג השיר הוא רשות ל__________, הנאמר לפני תפילת נשמת כל חי.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ראשי הבתים בשיר יוצרים אקרוסטיכון של השם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החרוז המבריח בסוף הסוגרים בכל בתי השיר הוא הצליל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השיר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לנשמה לעוף כמו ציפור הדרור אל החירות מן החטא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מהנשמה ללכת אחרי האל בחבורת הנשמות הנוהרות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תזכורת לכך שהנעורים חלפו במהירות כמו נעורת פשתן ברוח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ציווי על הנשמה להתנער מן העולם הזה כמו ציפור שמנערת טל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נזיפה בנשמה ושאלה רטורית על כמה זמן עוד תישאר ישנה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הדובר בחר להשוות את הנשמה לילדה ישנה, ולא למשל לאדם זקן או לחולה.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"רשות לנשמת"?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מסמלת הציפור הדרור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אקרוסטיכון חתם המשורר בראשי בתי השיר?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"ישנה בחיק ילדות" - רבי יהודה הלוי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